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869CD4" w14:textId="77777777" w:rsidR="006C6A68" w:rsidRDefault="006C6A68" w:rsidP="006C6A68">
      <w:pPr>
        <w:pStyle w:val="Nadpis1"/>
        <w:jc w:val="center"/>
        <w:rPr>
          <w:rFonts w:ascii="Calibri" w:hAnsi="Calibri" w:cs="Calibri"/>
          <w:color w:val="000000" w:themeColor="text1"/>
          <w:lang w:val="cs-CZ"/>
        </w:rPr>
      </w:pPr>
      <w:bookmarkStart w:id="0" w:name="_GoBack"/>
      <w:bookmarkEnd w:id="0"/>
      <w:r w:rsidRPr="003670E1">
        <w:rPr>
          <w:rFonts w:ascii="Calibri" w:hAnsi="Calibri" w:cs="Calibri"/>
          <w:color w:val="000000" w:themeColor="text1"/>
          <w:lang w:val="cs-CZ"/>
        </w:rPr>
        <w:t>Registrační formulář – předběžný zájem o grant MPO /API</w:t>
      </w:r>
    </w:p>
    <w:p w14:paraId="343B5DBD" w14:textId="77777777" w:rsidR="003670E1" w:rsidRPr="003670E1" w:rsidRDefault="003670E1" w:rsidP="003670E1">
      <w:pPr>
        <w:jc w:val="center"/>
        <w:rPr>
          <w:lang w:val="cs-CZ"/>
        </w:rPr>
      </w:pPr>
      <w:r>
        <w:rPr>
          <w:lang w:val="cs-CZ"/>
        </w:rPr>
        <w:t>Vyplněný formulář prosím odešlete na e-mail: info@asociaceobnova2024.cz</w:t>
      </w:r>
    </w:p>
    <w:p w14:paraId="6487E4A3" w14:textId="77777777" w:rsidR="006C6A68" w:rsidRPr="003670E1" w:rsidRDefault="006C6A68" w:rsidP="006C6A68">
      <w:pPr>
        <w:rPr>
          <w:lang w:val="cs-CZ"/>
        </w:rPr>
      </w:pPr>
    </w:p>
    <w:p w14:paraId="4C5B3E45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cs="Calibri"/>
          <w:lang w:val="cs-CZ"/>
        </w:rPr>
        <w:t>1. Jméno nebo název firmy:</w:t>
      </w:r>
    </w:p>
    <w:p w14:paraId="6370BCF9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cs="Calibri"/>
          <w:lang w:val="cs-CZ"/>
        </w:rPr>
        <w:t>__________________________________________________________</w:t>
      </w:r>
    </w:p>
    <w:p w14:paraId="770E897A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cs="Calibri"/>
          <w:lang w:val="cs-CZ"/>
        </w:rPr>
        <w:t>2. IČO:</w:t>
      </w:r>
    </w:p>
    <w:p w14:paraId="03BCF22E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cs="Calibri"/>
          <w:lang w:val="cs-CZ"/>
        </w:rPr>
        <w:t>__________________________________________________________</w:t>
      </w:r>
    </w:p>
    <w:p w14:paraId="02A36EB6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cs="Calibri"/>
          <w:lang w:val="cs-CZ"/>
        </w:rPr>
        <w:t>3. Adresa sídla nebo provozovny:</w:t>
      </w:r>
    </w:p>
    <w:p w14:paraId="52DADEBC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cs="Calibri"/>
          <w:lang w:val="cs-CZ"/>
        </w:rPr>
        <w:t>__________________________________________________________</w:t>
      </w:r>
    </w:p>
    <w:p w14:paraId="319FA8FE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cs="Calibri"/>
          <w:lang w:val="cs-CZ"/>
        </w:rPr>
        <w:t xml:space="preserve">4. Počet zaměstnanců: </w:t>
      </w:r>
    </w:p>
    <w:p w14:paraId="5522E8D2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ascii="Segoe UI Symbol" w:hAnsi="Segoe UI Symbol" w:cs="Segoe UI Symbol"/>
          <w:lang w:val="cs-CZ"/>
        </w:rPr>
        <w:t>☐</w:t>
      </w:r>
      <w:r w:rsidRPr="003670E1">
        <w:rPr>
          <w:rFonts w:cs="Calibri"/>
          <w:lang w:val="cs-CZ"/>
        </w:rPr>
        <w:t xml:space="preserve"> 1</w:t>
      </w:r>
    </w:p>
    <w:p w14:paraId="374AA43F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ascii="Segoe UI Symbol" w:hAnsi="Segoe UI Symbol" w:cs="Segoe UI Symbol"/>
          <w:lang w:val="cs-CZ"/>
        </w:rPr>
        <w:t>☐</w:t>
      </w:r>
      <w:r w:rsidRPr="003670E1">
        <w:rPr>
          <w:rFonts w:cs="Calibri"/>
          <w:lang w:val="cs-CZ"/>
        </w:rPr>
        <w:t xml:space="preserve"> 2–3</w:t>
      </w:r>
    </w:p>
    <w:p w14:paraId="458BC433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ascii="Segoe UI Symbol" w:hAnsi="Segoe UI Symbol" w:cs="Segoe UI Symbol"/>
          <w:lang w:val="cs-CZ"/>
        </w:rPr>
        <w:t>☐</w:t>
      </w:r>
      <w:r w:rsidRPr="003670E1">
        <w:rPr>
          <w:rFonts w:cs="Calibri"/>
          <w:lang w:val="cs-CZ"/>
        </w:rPr>
        <w:t xml:space="preserve"> 4–5</w:t>
      </w:r>
    </w:p>
    <w:p w14:paraId="1DF2C507" w14:textId="27474598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cs="Calibri"/>
          <w:lang w:val="cs-CZ"/>
        </w:rPr>
        <w:t>5. Odhad škody způsobené povodní:</w:t>
      </w:r>
    </w:p>
    <w:p w14:paraId="057D519F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ascii="Segoe UI Symbol" w:hAnsi="Segoe UI Symbol" w:cs="Segoe UI Symbol"/>
          <w:lang w:val="cs-CZ"/>
        </w:rPr>
        <w:t>☐</w:t>
      </w:r>
      <w:r w:rsidRPr="003670E1">
        <w:rPr>
          <w:rFonts w:cs="Calibri"/>
          <w:lang w:val="cs-CZ"/>
        </w:rPr>
        <w:t xml:space="preserve"> do 100 000 Kč</w:t>
      </w:r>
    </w:p>
    <w:p w14:paraId="33B0FD74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ascii="Segoe UI Symbol" w:hAnsi="Segoe UI Symbol" w:cs="Segoe UI Symbol"/>
          <w:lang w:val="cs-CZ"/>
        </w:rPr>
        <w:t>☐</w:t>
      </w:r>
      <w:r w:rsidRPr="003670E1">
        <w:rPr>
          <w:rFonts w:cs="Calibri"/>
          <w:lang w:val="cs-CZ"/>
        </w:rPr>
        <w:t xml:space="preserve"> 100 000–500 000 Kč</w:t>
      </w:r>
    </w:p>
    <w:p w14:paraId="27F829ED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ascii="Segoe UI Symbol" w:hAnsi="Segoe UI Symbol" w:cs="Segoe UI Symbol"/>
          <w:lang w:val="cs-CZ"/>
        </w:rPr>
        <w:t>☐</w:t>
      </w:r>
      <w:r w:rsidRPr="003670E1">
        <w:rPr>
          <w:rFonts w:cs="Calibri"/>
          <w:lang w:val="cs-CZ"/>
        </w:rPr>
        <w:t xml:space="preserve"> nad 500 000 Kč</w:t>
      </w:r>
    </w:p>
    <w:p w14:paraId="766D3A51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cs="Calibri"/>
          <w:lang w:val="cs-CZ"/>
        </w:rPr>
        <w:t>6. Váš e-mail:</w:t>
      </w:r>
    </w:p>
    <w:p w14:paraId="576331BB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cs="Calibri"/>
          <w:lang w:val="cs-CZ"/>
        </w:rPr>
        <w:t>__________________________________________________________</w:t>
      </w:r>
    </w:p>
    <w:p w14:paraId="1377B9F7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cs="Calibri"/>
          <w:lang w:val="cs-CZ"/>
        </w:rPr>
        <w:t>7. Telefon (nepovinný):</w:t>
      </w:r>
    </w:p>
    <w:p w14:paraId="7325E2D6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cs="Calibri"/>
          <w:lang w:val="cs-CZ"/>
        </w:rPr>
        <w:t>__________________________________________________________</w:t>
      </w:r>
    </w:p>
    <w:p w14:paraId="0F7C2F18" w14:textId="77777777" w:rsidR="006C6A68" w:rsidRPr="003670E1" w:rsidRDefault="006C6A68" w:rsidP="006C6A68">
      <w:pPr>
        <w:rPr>
          <w:rFonts w:cs="Calibri"/>
          <w:lang w:val="cs-CZ"/>
        </w:rPr>
      </w:pPr>
      <w:r w:rsidRPr="003670E1">
        <w:rPr>
          <w:rFonts w:cs="Calibri"/>
          <w:lang w:val="cs-CZ"/>
        </w:rPr>
        <w:t>8. Souhlas se zpracováním údajů:</w:t>
      </w:r>
    </w:p>
    <w:p w14:paraId="45E2F729" w14:textId="08F8712F" w:rsidR="006C6A68" w:rsidRPr="00233EE0" w:rsidRDefault="006C6A68">
      <w:pPr>
        <w:rPr>
          <w:rFonts w:cs="Calibri"/>
          <w:lang w:val="cs-CZ"/>
        </w:rPr>
      </w:pPr>
      <w:r w:rsidRPr="003670E1">
        <w:rPr>
          <w:rFonts w:ascii="Segoe UI Symbol" w:hAnsi="Segoe UI Symbol" w:cs="Segoe UI Symbol"/>
          <w:lang w:val="cs-CZ"/>
        </w:rPr>
        <w:t>☐</w:t>
      </w:r>
      <w:r w:rsidRPr="003670E1">
        <w:rPr>
          <w:rFonts w:cs="Calibri"/>
          <w:lang w:val="cs-CZ"/>
        </w:rPr>
        <w:t xml:space="preserve"> Souhlasím s využitím údajů pro účely evidence zájmu o podporu a další kontaktování Asociací OBNOVA 2024+.</w:t>
      </w:r>
    </w:p>
    <w:sectPr w:rsidR="006C6A68" w:rsidRPr="00233EE0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E44F51" w14:textId="77777777" w:rsidR="00583471" w:rsidRDefault="00583471" w:rsidP="00233EE0">
      <w:pPr>
        <w:spacing w:after="0" w:line="240" w:lineRule="auto"/>
      </w:pPr>
      <w:r>
        <w:separator/>
      </w:r>
    </w:p>
  </w:endnote>
  <w:endnote w:type="continuationSeparator" w:id="0">
    <w:p w14:paraId="52CCEF37" w14:textId="77777777" w:rsidR="00583471" w:rsidRDefault="00583471" w:rsidP="00233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88DD38" w14:textId="77777777" w:rsidR="00583471" w:rsidRDefault="00583471" w:rsidP="00233EE0">
      <w:pPr>
        <w:spacing w:after="0" w:line="240" w:lineRule="auto"/>
      </w:pPr>
      <w:r>
        <w:separator/>
      </w:r>
    </w:p>
  </w:footnote>
  <w:footnote w:type="continuationSeparator" w:id="0">
    <w:p w14:paraId="57BB8000" w14:textId="77777777" w:rsidR="00583471" w:rsidRDefault="00583471" w:rsidP="00233E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1A7BB0" w14:textId="77777777" w:rsidR="00233EE0" w:rsidRDefault="00233EE0" w:rsidP="00233EE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b/>
      </w:rPr>
    </w:pPr>
    <w:r>
      <w:rPr>
        <w:rFonts w:ascii="Arial" w:eastAsia="Arial" w:hAnsi="Arial" w:cs="Arial"/>
        <w:b/>
        <w:color w:val="000000"/>
      </w:rPr>
      <w:t xml:space="preserve">www.asociaceobnova2024.cz    </w:t>
    </w:r>
    <w:r>
      <w:rPr>
        <w:b/>
      </w:rPr>
      <w:t>info</w:t>
    </w:r>
    <w:hyperlink r:id="rId1">
      <w:r>
        <w:rPr>
          <w:rFonts w:ascii="Arial" w:eastAsia="Arial" w:hAnsi="Arial" w:cs="Arial"/>
          <w:b/>
          <w:color w:val="000000"/>
        </w:rPr>
        <w:t>@</w:t>
      </w:r>
    </w:hyperlink>
    <w:hyperlink r:id="rId2">
      <w:r>
        <w:rPr>
          <w:b/>
        </w:rPr>
        <w:t>asociaceobnova2024</w:t>
      </w:r>
    </w:hyperlink>
    <w:hyperlink r:id="rId3">
      <w:r>
        <w:rPr>
          <w:rFonts w:ascii="Arial" w:eastAsia="Arial" w:hAnsi="Arial" w:cs="Arial"/>
          <w:b/>
          <w:color w:val="000000"/>
        </w:rPr>
        <w:t>.c</w:t>
      </w:r>
    </w:hyperlink>
    <w:r>
      <w:rPr>
        <w:b/>
      </w:rPr>
      <w:t>z</w:t>
    </w:r>
    <w:r>
      <w:rPr>
        <w:rFonts w:ascii="Arial" w:eastAsia="Arial" w:hAnsi="Arial" w:cs="Arial"/>
        <w:b/>
        <w:color w:val="000000"/>
      </w:rPr>
      <w:t xml:space="preserve">       </w:t>
    </w:r>
    <w:r>
      <w:rPr>
        <w:b/>
      </w:rPr>
      <w:br/>
    </w:r>
    <w:r>
      <w:rPr>
        <w:rFonts w:ascii="Arial" w:eastAsia="Arial" w:hAnsi="Arial" w:cs="Arial"/>
        <w:b/>
        <w:color w:val="000000"/>
      </w:rPr>
      <w:t>IČO: 22161058</w:t>
    </w:r>
    <w:r>
      <w:rPr>
        <w:b/>
      </w:rPr>
      <w:tab/>
    </w:r>
    <w:r>
      <w:rPr>
        <w:noProof/>
        <w:lang w:val="cs-CZ" w:eastAsia="cs-CZ"/>
      </w:rPr>
      <w:drawing>
        <wp:anchor distT="114300" distB="114300" distL="114300" distR="114300" simplePos="0" relativeHeight="251659264" behindDoc="0" locked="0" layoutInCell="1" hidden="0" allowOverlap="1" wp14:anchorId="1F8ED11E" wp14:editId="743C3D6C">
          <wp:simplePos x="0" y="0"/>
          <wp:positionH relativeFrom="column">
            <wp:posOffset>4514850</wp:posOffset>
          </wp:positionH>
          <wp:positionV relativeFrom="paragraph">
            <wp:posOffset>-142871</wp:posOffset>
          </wp:positionV>
          <wp:extent cx="1886479" cy="738188"/>
          <wp:effectExtent l="0" t="0" r="0" b="0"/>
          <wp:wrapNone/>
          <wp:docPr id="1651994040" name="image1.jpg" descr="Obsah obrázku text, Písmo, logo, Grafika&#10;&#10;Obsah generovaný pomocí AI může být nesprávný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1994040" name="image1.jpg" descr="Obsah obrázku text, Písmo, logo, Grafika&#10;&#10;Obsah generovaný pomocí AI může být nesprávný.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86479" cy="7381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ABA5C8D" w14:textId="460D3DB0" w:rsidR="00233EE0" w:rsidRPr="00233EE0" w:rsidRDefault="00233EE0" w:rsidP="00233EE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b/>
        <w:color w:val="000000"/>
      </w:rPr>
    </w:pPr>
    <w:proofErr w:type="spellStart"/>
    <w:r>
      <w:rPr>
        <w:rFonts w:ascii="Arial" w:eastAsia="Arial" w:hAnsi="Arial" w:cs="Arial"/>
        <w:b/>
        <w:color w:val="000000"/>
      </w:rPr>
      <w:t>Cvilínská</w:t>
    </w:r>
    <w:proofErr w:type="spellEnd"/>
    <w:r>
      <w:rPr>
        <w:rFonts w:ascii="Arial" w:eastAsia="Arial" w:hAnsi="Arial" w:cs="Arial"/>
        <w:b/>
        <w:color w:val="000000"/>
      </w:rPr>
      <w:t xml:space="preserve"> </w:t>
    </w:r>
    <w:proofErr w:type="spellStart"/>
    <w:r>
      <w:rPr>
        <w:rFonts w:ascii="Arial" w:eastAsia="Arial" w:hAnsi="Arial" w:cs="Arial"/>
        <w:b/>
        <w:color w:val="000000"/>
      </w:rPr>
      <w:t>č.p</w:t>
    </w:r>
    <w:proofErr w:type="spellEnd"/>
    <w:r>
      <w:rPr>
        <w:rFonts w:ascii="Arial" w:eastAsia="Arial" w:hAnsi="Arial" w:cs="Arial"/>
        <w:b/>
        <w:color w:val="000000"/>
      </w:rPr>
      <w:t xml:space="preserve">. 325/7, Pod </w:t>
    </w:r>
    <w:proofErr w:type="spellStart"/>
    <w:r>
      <w:rPr>
        <w:rFonts w:ascii="Arial" w:eastAsia="Arial" w:hAnsi="Arial" w:cs="Arial"/>
        <w:b/>
        <w:color w:val="000000"/>
      </w:rPr>
      <w:t>Cvilínem</w:t>
    </w:r>
    <w:proofErr w:type="spellEnd"/>
    <w:r>
      <w:rPr>
        <w:rFonts w:ascii="Arial" w:eastAsia="Arial" w:hAnsi="Arial" w:cs="Arial"/>
        <w:b/>
        <w:color w:val="000000"/>
      </w:rPr>
      <w:t>, 794 01 Krnov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2AE5EDE"/>
    <w:multiLevelType w:val="hybridMultilevel"/>
    <w:tmpl w:val="B6B028B0"/>
    <w:lvl w:ilvl="0" w:tplc="99AAB7E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122A5"/>
    <w:rsid w:val="00034616"/>
    <w:rsid w:val="0006063C"/>
    <w:rsid w:val="00071EB9"/>
    <w:rsid w:val="0015074B"/>
    <w:rsid w:val="00191DDF"/>
    <w:rsid w:val="001E5AC3"/>
    <w:rsid w:val="0023292C"/>
    <w:rsid w:val="00233EE0"/>
    <w:rsid w:val="0029639D"/>
    <w:rsid w:val="002B257A"/>
    <w:rsid w:val="002D0A4B"/>
    <w:rsid w:val="00326F90"/>
    <w:rsid w:val="003670E1"/>
    <w:rsid w:val="00442AFC"/>
    <w:rsid w:val="00583471"/>
    <w:rsid w:val="006C6A68"/>
    <w:rsid w:val="006F68D9"/>
    <w:rsid w:val="00825724"/>
    <w:rsid w:val="008B375A"/>
    <w:rsid w:val="008F2651"/>
    <w:rsid w:val="00972880"/>
    <w:rsid w:val="009D41CC"/>
    <w:rsid w:val="00AA1D8D"/>
    <w:rsid w:val="00B47730"/>
    <w:rsid w:val="00CB0664"/>
    <w:rsid w:val="00CF0A69"/>
    <w:rsid w:val="00CF55AC"/>
    <w:rsid w:val="00DD3A76"/>
    <w:rsid w:val="00F676AC"/>
    <w:rsid w:val="00FB7B5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FBC5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93F"/>
    <w:rPr>
      <w:rFonts w:ascii="Calibri" w:hAnsi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v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693F"/>
    <w:rPr>
      <w:rFonts w:ascii="Calibri" w:hAnsi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v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sociaceobnova2024@gmail.com" TargetMode="External"/><Relationship Id="rId2" Type="http://schemas.openxmlformats.org/officeDocument/2006/relationships/hyperlink" Target="mailto:asociaceobnova2024@gmail.com" TargetMode="External"/><Relationship Id="rId1" Type="http://schemas.openxmlformats.org/officeDocument/2006/relationships/hyperlink" Target="mailto:asociaceobnova2024@gmail.com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E7CE46-BF15-456B-8D37-C309CCAD1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Jendřejek</dc:creator>
  <cp:lastModifiedBy>Turková</cp:lastModifiedBy>
  <cp:revision>3</cp:revision>
  <dcterms:created xsi:type="dcterms:W3CDTF">2025-06-19T11:04:00Z</dcterms:created>
  <dcterms:modified xsi:type="dcterms:W3CDTF">2025-06-19T11:04:00Z</dcterms:modified>
</cp:coreProperties>
</file>